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E35" w:rsidRDefault="00B662C7">
      <w:pPr>
        <w:jc w:val="center"/>
      </w:pPr>
      <w:r>
        <w:rPr>
          <w:rFonts w:ascii="Calibri" w:hAnsi="Calibri"/>
          <w:b/>
          <w:sz w:val="40"/>
        </w:rPr>
        <w:t>Giovanni Uzzardi</w:t>
      </w:r>
    </w:p>
    <w:p w:rsidR="00B85E35" w:rsidRDefault="00B662C7">
      <w:pPr>
        <w:jc w:val="center"/>
      </w:pPr>
      <w:r>
        <w:rPr>
          <w:rFonts w:ascii="Calibri" w:hAnsi="Calibri"/>
          <w:sz w:val="20"/>
        </w:rPr>
        <w:t>Scarperia e San Piero (FI), Italy  •  giovanniuzzardi@yahoo.com  •  +39 333 197 2166</w:t>
      </w:r>
    </w:p>
    <w:p w:rsidR="00B85E35" w:rsidRDefault="00B662C7">
      <w:pPr>
        <w:jc w:val="both"/>
      </w:pPr>
      <w:r>
        <w:rPr>
          <w:rFonts w:ascii="Calibri" w:hAnsi="Calibri"/>
          <w:sz w:val="20"/>
        </w:rPr>
        <w:t>Full-stack developer with experience in web application development, C#/.NET and industrial software solutions. Skilled in designing web-based management</w:t>
      </w:r>
      <w:r>
        <w:rPr>
          <w:rFonts w:ascii="Calibri" w:hAnsi="Calibri"/>
          <w:sz w:val="20"/>
        </w:rPr>
        <w:t xml:space="preserve"> platforms, integrating databases and PLC communication systems, and delivering custom software for </w:t>
      </w:r>
      <w:r>
        <w:rPr>
          <w:rFonts w:ascii="Calibri" w:hAnsi="Calibri"/>
          <w:sz w:val="20"/>
        </w:rPr>
        <w:t>4.0 environments.</w:t>
      </w:r>
      <w:r>
        <w:rPr>
          <w:rFonts w:ascii="Calibri" w:hAnsi="Calibri"/>
          <w:sz w:val="20"/>
        </w:rPr>
        <w:br/>
      </w:r>
    </w:p>
    <w:p w:rsidR="00B85E35" w:rsidRDefault="00B662C7">
      <w:pPr>
        <w:pBdr>
          <w:bottom w:val="single" w:sz="6" w:space="1" w:color="auto"/>
        </w:pBdr>
        <w:spacing w:before="240" w:after="80"/>
      </w:pPr>
      <w:r>
        <w:rPr>
          <w:rFonts w:ascii="Calibri" w:hAnsi="Calibri"/>
          <w:b/>
          <w:sz w:val="24"/>
        </w:rPr>
        <w:t>Professional Experience</w:t>
      </w:r>
    </w:p>
    <w:p w:rsidR="00B85E35" w:rsidRDefault="00B662C7">
      <w:pPr>
        <w:tabs>
          <w:tab w:val="right" w:pos="10800"/>
        </w:tabs>
        <w:spacing w:after="0"/>
      </w:pPr>
      <w:r>
        <w:rPr>
          <w:rFonts w:ascii="Calibri" w:hAnsi="Calibri"/>
          <w:b/>
        </w:rPr>
        <w:t>Systematik S.r.l.</w:t>
      </w:r>
      <w:r>
        <w:rPr>
          <w:rFonts w:ascii="Calibri" w:hAnsi="Calibri"/>
          <w:sz w:val="20"/>
        </w:rPr>
        <w:tab/>
        <w:t>Arezzo, Italy</w:t>
      </w:r>
    </w:p>
    <w:p w:rsidR="00B85E35" w:rsidRDefault="00B662C7">
      <w:pPr>
        <w:tabs>
          <w:tab w:val="right" w:pos="10800"/>
        </w:tabs>
        <w:spacing w:after="80"/>
      </w:pPr>
      <w:r>
        <w:rPr>
          <w:rFonts w:ascii="Calibri" w:hAnsi="Calibri"/>
          <w:i/>
          <w:sz w:val="20"/>
        </w:rPr>
        <w:t>Full-stack Developer</w:t>
      </w:r>
      <w:r>
        <w:rPr>
          <w:rFonts w:ascii="Calibri" w:hAnsi="Calibri"/>
          <w:i/>
          <w:sz w:val="20"/>
        </w:rPr>
        <w:tab/>
        <w:t>May 2022 – December 2025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Designed and developed web-</w:t>
      </w:r>
      <w:r>
        <w:rPr>
          <w:rFonts w:ascii="Calibri" w:hAnsi="Calibri"/>
          <w:sz w:val="20"/>
        </w:rPr>
        <w:t>based Manufacturing Execution System (MES) management software for Industry 4.0.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Developed web-based multifunction operator-machine (PLC) interfaces using Web APIs.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Built custom C# solutions for communication with industrial machinery and databases.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Develo</w:t>
      </w:r>
      <w:r>
        <w:rPr>
          <w:rFonts w:ascii="Calibri" w:hAnsi="Calibri"/>
          <w:sz w:val="20"/>
        </w:rPr>
        <w:t>ped full-stack solutions using PHP (Laravel), JavaScript (jQuery, Node.js), C# (.NET, ASP.NET), and SQL databases (MSSQL, MySQL, SQLite, PostgreSQL).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Integrated ChatGPT AI capabilities into Laravel-based web assistance panels.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Designed and developed the co</w:t>
      </w:r>
      <w:r>
        <w:rPr>
          <w:rFonts w:ascii="Calibri" w:hAnsi="Calibri"/>
          <w:sz w:val="20"/>
        </w:rPr>
        <w:t>mpany website using WordPress.</w:t>
      </w:r>
    </w:p>
    <w:p w:rsidR="00B85E35" w:rsidRDefault="00B662C7">
      <w:pPr>
        <w:tabs>
          <w:tab w:val="right" w:pos="10800"/>
        </w:tabs>
        <w:spacing w:after="0"/>
      </w:pPr>
      <w:r>
        <w:rPr>
          <w:rFonts w:ascii="Calibri" w:hAnsi="Calibri"/>
          <w:b/>
        </w:rPr>
        <w:t>Fasys S.r.l.</w:t>
      </w:r>
      <w:r>
        <w:rPr>
          <w:rFonts w:ascii="Calibri" w:hAnsi="Calibri"/>
          <w:sz w:val="20"/>
        </w:rPr>
        <w:tab/>
        <w:t>San Giovanni Valdarno (AR), Italy</w:t>
      </w:r>
    </w:p>
    <w:p w:rsidR="00B85E35" w:rsidRDefault="00B662C7">
      <w:pPr>
        <w:tabs>
          <w:tab w:val="right" w:pos="10800"/>
        </w:tabs>
        <w:spacing w:after="80"/>
      </w:pPr>
      <w:r>
        <w:rPr>
          <w:rFonts w:ascii="Calibri" w:hAnsi="Calibri"/>
          <w:i/>
          <w:sz w:val="20"/>
        </w:rPr>
        <w:t>Junior Web Developer</w:t>
      </w:r>
      <w:r>
        <w:rPr>
          <w:rFonts w:ascii="Calibri" w:hAnsi="Calibri"/>
          <w:i/>
          <w:sz w:val="20"/>
        </w:rPr>
        <w:tab/>
        <w:t>January 2019 – January 2022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Developed web-based management systems for accounting, agencies and hotels.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Worked on front-end and back-end development with PHP</w:t>
      </w:r>
      <w:r>
        <w:rPr>
          <w:rFonts w:ascii="Calibri" w:hAnsi="Calibri"/>
          <w:sz w:val="20"/>
        </w:rPr>
        <w:t xml:space="preserve"> (Zend 3, Laravel), Python, JavaScript (jQuery) and MySQL.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Created company websites using WordPress; also worked on web design and social media advertising.</w:t>
      </w:r>
    </w:p>
    <w:p w:rsidR="00B85E35" w:rsidRDefault="00B662C7">
      <w:pPr>
        <w:tabs>
          <w:tab w:val="right" w:pos="10800"/>
        </w:tabs>
        <w:spacing w:after="0"/>
      </w:pPr>
      <w:r>
        <w:rPr>
          <w:rFonts w:ascii="Calibri" w:hAnsi="Calibri"/>
          <w:b/>
        </w:rPr>
        <w:t>Malizia S.r.l.</w:t>
      </w:r>
      <w:r>
        <w:rPr>
          <w:rFonts w:ascii="Calibri" w:hAnsi="Calibri"/>
          <w:sz w:val="20"/>
        </w:rPr>
        <w:tab/>
        <w:t>San Giovanni Valdarno (AR), Italy</w:t>
      </w:r>
    </w:p>
    <w:p w:rsidR="00B85E35" w:rsidRDefault="00B662C7">
      <w:pPr>
        <w:tabs>
          <w:tab w:val="right" w:pos="10800"/>
        </w:tabs>
        <w:spacing w:after="80"/>
      </w:pPr>
      <w:r>
        <w:rPr>
          <w:rFonts w:ascii="Calibri" w:hAnsi="Calibri"/>
          <w:i/>
          <w:sz w:val="20"/>
        </w:rPr>
        <w:t>IT Consultant — School Internship</w:t>
      </w:r>
      <w:r>
        <w:rPr>
          <w:rFonts w:ascii="Calibri" w:hAnsi="Calibri"/>
          <w:i/>
          <w:sz w:val="20"/>
        </w:rPr>
        <w:tab/>
        <w:t xml:space="preserve">November 2018 – </w:t>
      </w:r>
      <w:r>
        <w:rPr>
          <w:rFonts w:ascii="Calibri" w:hAnsi="Calibri"/>
          <w:i/>
          <w:sz w:val="20"/>
        </w:rPr>
        <w:t>December 2018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Maintained a WooCommerce e-commerce website and supported social media advertising.</w:t>
      </w:r>
    </w:p>
    <w:p w:rsidR="00B85E35" w:rsidRDefault="00B662C7">
      <w:pPr>
        <w:tabs>
          <w:tab w:val="right" w:pos="10800"/>
        </w:tabs>
        <w:spacing w:after="0"/>
      </w:pPr>
      <w:r>
        <w:rPr>
          <w:rFonts w:ascii="Calibri" w:hAnsi="Calibri"/>
          <w:b/>
        </w:rPr>
        <w:t>Vobis Valdarno</w:t>
      </w:r>
      <w:r>
        <w:rPr>
          <w:rFonts w:ascii="Calibri" w:hAnsi="Calibri"/>
          <w:sz w:val="20"/>
        </w:rPr>
        <w:tab/>
        <w:t>San Giovanni Valdarno (AR), Italy</w:t>
      </w:r>
    </w:p>
    <w:p w:rsidR="00B85E35" w:rsidRDefault="00B662C7">
      <w:pPr>
        <w:tabs>
          <w:tab w:val="right" w:pos="10800"/>
        </w:tabs>
        <w:spacing w:after="80"/>
      </w:pPr>
      <w:r>
        <w:rPr>
          <w:rFonts w:ascii="Calibri" w:hAnsi="Calibri"/>
          <w:i/>
          <w:sz w:val="20"/>
        </w:rPr>
        <w:t>Computer Repair Technician — School Internship</w:t>
      </w:r>
      <w:r>
        <w:rPr>
          <w:rFonts w:ascii="Calibri" w:hAnsi="Calibri"/>
          <w:i/>
          <w:sz w:val="20"/>
        </w:rPr>
        <w:tab/>
        <w:t>November 2017 – December 2017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Repaired and maintained computer</w:t>
      </w:r>
      <w:r>
        <w:rPr>
          <w:rFonts w:ascii="Calibri" w:hAnsi="Calibri"/>
          <w:sz w:val="20"/>
        </w:rPr>
        <w:t>s, smartphones, tablets and printers.</w:t>
      </w:r>
      <w:r>
        <w:rPr>
          <w:rFonts w:ascii="Calibri" w:hAnsi="Calibri"/>
          <w:sz w:val="20"/>
        </w:rPr>
        <w:br/>
      </w:r>
    </w:p>
    <w:p w:rsidR="00B85E35" w:rsidRDefault="00B662C7">
      <w:pPr>
        <w:pBdr>
          <w:bottom w:val="single" w:sz="6" w:space="1" w:color="auto"/>
        </w:pBdr>
        <w:spacing w:before="240" w:after="80"/>
      </w:pPr>
      <w:r>
        <w:rPr>
          <w:rFonts w:ascii="Calibri" w:hAnsi="Calibri"/>
          <w:b/>
          <w:sz w:val="24"/>
        </w:rPr>
        <w:t>EDUCATION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>University of Florence</w:t>
      </w:r>
      <w:r>
        <w:rPr>
          <w:rFonts w:ascii="Calibri" w:hAnsi="Calibri"/>
          <w:sz w:val="20"/>
        </w:rPr>
        <w:t xml:space="preserve"> — Bachelor’s Degree in History (ongoing), October 2025 – Present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>ITIS G. Ferraris, San Giovanni Valdarno</w:t>
      </w:r>
      <w:r>
        <w:rPr>
          <w:rFonts w:ascii="Calibri" w:hAnsi="Calibri"/>
          <w:sz w:val="20"/>
        </w:rPr>
        <w:t xml:space="preserve"> — Technical High School Diploma, Information Technology and Telecommunications, September 2012 – June 2019</w:t>
      </w:r>
      <w:r>
        <w:rPr>
          <w:rFonts w:ascii="Calibri" w:hAnsi="Calibri"/>
          <w:sz w:val="20"/>
        </w:rPr>
        <w:br/>
      </w:r>
      <w:bookmarkStart w:id="0" w:name="_GoBack"/>
      <w:bookmarkEnd w:id="0"/>
    </w:p>
    <w:p w:rsidR="00B85E35" w:rsidRDefault="00B662C7">
      <w:pPr>
        <w:pBdr>
          <w:bottom w:val="single" w:sz="6" w:space="1" w:color="auto"/>
        </w:pBdr>
        <w:spacing w:before="240" w:after="80"/>
      </w:pPr>
      <w:r>
        <w:rPr>
          <w:rFonts w:ascii="Calibri" w:hAnsi="Calibri"/>
          <w:b/>
          <w:sz w:val="24"/>
        </w:rPr>
        <w:t>Technical Skills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 xml:space="preserve">Programming &amp; Web: </w:t>
      </w:r>
      <w:r>
        <w:rPr>
          <w:rFonts w:ascii="Calibri" w:hAnsi="Calibri"/>
          <w:sz w:val="20"/>
        </w:rPr>
        <w:t>PHP, JavaScript, Node.js, C# (.NET, ASP.NET), HTML, CSS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 xml:space="preserve">Frameworks &amp; CMS: </w:t>
      </w:r>
      <w:r>
        <w:rPr>
          <w:rFonts w:ascii="Calibri" w:hAnsi="Calibri"/>
          <w:sz w:val="20"/>
        </w:rPr>
        <w:t>Laravel, Zend Framework 3, jQuery, Wor</w:t>
      </w:r>
      <w:r>
        <w:rPr>
          <w:rFonts w:ascii="Calibri" w:hAnsi="Calibri"/>
          <w:sz w:val="20"/>
        </w:rPr>
        <w:t>dPress, WooCommerce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 xml:space="preserve">Databases: </w:t>
      </w:r>
      <w:r>
        <w:rPr>
          <w:rFonts w:ascii="Calibri" w:hAnsi="Calibri"/>
          <w:sz w:val="20"/>
        </w:rPr>
        <w:t>Microsoft SQL Server, MySQL, SQLite, PostgreSQL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 xml:space="preserve">Additional Basic Knowledge: </w:t>
      </w:r>
      <w:r>
        <w:rPr>
          <w:rFonts w:ascii="Calibri" w:hAnsi="Calibri"/>
          <w:sz w:val="20"/>
        </w:rPr>
        <w:t>C, Java, Python, Bash, MongoDB</w:t>
      </w:r>
    </w:p>
    <w:p w:rsidR="00B85E35" w:rsidRDefault="00B662C7">
      <w:pPr>
        <w:spacing w:after="40"/>
      </w:pPr>
      <w:r>
        <w:rPr>
          <w:rFonts w:ascii="Calibri" w:hAnsi="Calibri"/>
          <w:b/>
          <w:sz w:val="20"/>
        </w:rPr>
        <w:t xml:space="preserve">Industrial Software: </w:t>
      </w:r>
      <w:r>
        <w:rPr>
          <w:rFonts w:ascii="Calibri" w:hAnsi="Calibri"/>
          <w:sz w:val="20"/>
        </w:rPr>
        <w:t>PLC communication, Web APIs, MES applications, Industry 4.0 solutions</w:t>
      </w:r>
    </w:p>
    <w:p w:rsidR="00B85E35" w:rsidRDefault="00B662C7">
      <w:pPr>
        <w:pBdr>
          <w:bottom w:val="single" w:sz="6" w:space="1" w:color="auto"/>
        </w:pBdr>
        <w:spacing w:before="240" w:after="80"/>
      </w:pPr>
      <w:r>
        <w:rPr>
          <w:rFonts w:ascii="Calibri" w:hAnsi="Calibri"/>
          <w:b/>
          <w:sz w:val="24"/>
        </w:rPr>
        <w:lastRenderedPageBreak/>
        <w:t>Certifications &amp; Training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Technical Institute Diploma — Information Technology and Telecommunications (IT specialization)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General occupational safety training (June 2022)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Low-risk workplace-specific safety training — offices and services (June 2022)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 xml:space="preserve">Display screen equipment safety </w:t>
      </w:r>
      <w:r>
        <w:rPr>
          <w:rFonts w:ascii="Calibri" w:hAnsi="Calibri"/>
          <w:sz w:val="20"/>
        </w:rPr>
        <w:t>training (at ITIS G. Ferraris and June 2022)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European Computer Driving Licence (ECDL) course</w:t>
      </w:r>
    </w:p>
    <w:p w:rsidR="00B85E35" w:rsidRDefault="00B662C7">
      <w:pPr>
        <w:pStyle w:val="ListBullet"/>
        <w:spacing w:after="40"/>
      </w:pPr>
      <w:r>
        <w:rPr>
          <w:rFonts w:ascii="Calibri" w:hAnsi="Calibri"/>
          <w:sz w:val="20"/>
        </w:rPr>
        <w:t>First Aid L1 course (during high school)</w:t>
      </w:r>
    </w:p>
    <w:p w:rsidR="00B85E35" w:rsidRDefault="00B662C7">
      <w:pPr>
        <w:pBdr>
          <w:bottom w:val="single" w:sz="6" w:space="1" w:color="auto"/>
        </w:pBdr>
        <w:spacing w:before="240" w:after="80"/>
      </w:pPr>
      <w:r>
        <w:rPr>
          <w:rFonts w:ascii="Calibri" w:hAnsi="Calibri"/>
          <w:b/>
          <w:sz w:val="24"/>
        </w:rPr>
        <w:t>Languages</w:t>
      </w:r>
    </w:p>
    <w:p w:rsidR="00B85E35" w:rsidRDefault="00B662C7">
      <w:r>
        <w:rPr>
          <w:rFonts w:ascii="Calibri" w:hAnsi="Calibri"/>
          <w:b/>
          <w:sz w:val="20"/>
        </w:rPr>
        <w:t xml:space="preserve">Italian: </w:t>
      </w:r>
      <w:r>
        <w:rPr>
          <w:rFonts w:ascii="Calibri" w:hAnsi="Calibri"/>
          <w:sz w:val="20"/>
        </w:rPr>
        <w:t xml:space="preserve">Native  •  </w:t>
      </w:r>
      <w:r>
        <w:rPr>
          <w:rFonts w:ascii="Calibri" w:hAnsi="Calibri"/>
          <w:b/>
          <w:sz w:val="20"/>
        </w:rPr>
        <w:t xml:space="preserve">English: </w:t>
      </w:r>
      <w:r>
        <w:rPr>
          <w:rFonts w:ascii="Calibri" w:hAnsi="Calibri"/>
          <w:sz w:val="20"/>
        </w:rPr>
        <w:t>Basic</w:t>
      </w:r>
    </w:p>
    <w:sectPr w:rsidR="00B85E35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662C7"/>
    <w:rsid w:val="00B85E3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A18B5"/>
  <w14:defaultImageDpi w14:val="300"/>
  <w15:docId w15:val="{BECC9FCF-B3C4-4787-A60F-F539D4D2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556B2D-74D3-4F84-BC27-93DE33CE7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VESTRI Leonardo (External)</cp:lastModifiedBy>
  <cp:revision>2</cp:revision>
  <dcterms:created xsi:type="dcterms:W3CDTF">2013-12-23T23:15:00Z</dcterms:created>
  <dcterms:modified xsi:type="dcterms:W3CDTF">2026-10-09T12:54:00Z</dcterms:modified>
  <cp:category/>
</cp:coreProperties>
</file>